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6998A" w14:textId="099AE9D4" w:rsidR="00666E50" w:rsidRDefault="00666E50" w:rsidP="00666E50">
      <w:pPr>
        <w:pStyle w:val="Titel"/>
        <w:spacing w:after="0"/>
        <w:jc w:val="right"/>
        <w:rPr>
          <w:lang w:val="da-DK"/>
        </w:rPr>
      </w:pPr>
      <w:r w:rsidRPr="00666E50">
        <w:rPr>
          <w:noProof/>
          <w:lang w:val="da-DK"/>
        </w:rPr>
        <w:drawing>
          <wp:inline distT="0" distB="0" distL="0" distR="0" wp14:anchorId="42A9EBFB" wp14:editId="55391301">
            <wp:extent cx="4867954" cy="1000265"/>
            <wp:effectExtent l="0" t="0" r="0" b="9525"/>
            <wp:docPr id="542394026" name="Billede 1" descr="Et billede, der indeholder Font/skrifttype, tekst, linje/rækk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394026" name="Billede 1" descr="Et billede, der indeholder Font/skrifttype, tekst, linje/række&#10;&#10;Indhold genereret af kunstig intelligens kan være forker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7954" cy="1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F9179" w14:textId="03B30412" w:rsidR="00691187" w:rsidRPr="00D70B01" w:rsidRDefault="00000000">
      <w:pPr>
        <w:pStyle w:val="Titel"/>
        <w:rPr>
          <w:color w:val="auto"/>
          <w:lang w:val="da-DK"/>
        </w:rPr>
      </w:pPr>
      <w:r w:rsidRPr="00D70B01">
        <w:rPr>
          <w:color w:val="auto"/>
          <w:lang w:val="da-DK"/>
        </w:rPr>
        <w:t>Alfa-1 netværksseminar</w:t>
      </w:r>
    </w:p>
    <w:p w14:paraId="2FCB6BE0" w14:textId="5C83372D" w:rsidR="00723EAC" w:rsidRPr="00723EAC" w:rsidRDefault="00000000" w:rsidP="00723EAC">
      <w:pPr>
        <w:spacing w:after="0"/>
        <w:rPr>
          <w:lang w:val="da-DK"/>
        </w:rPr>
      </w:pPr>
      <w:r w:rsidRPr="00723EAC">
        <w:rPr>
          <w:rFonts w:ascii="Segoe UI Emoji" w:hAnsi="Segoe UI Emoji" w:cs="Segoe UI Emoji"/>
        </w:rPr>
        <w:t>📍</w:t>
      </w:r>
      <w:r w:rsidRPr="00723EAC">
        <w:rPr>
          <w:lang w:val="da-DK"/>
        </w:rPr>
        <w:t xml:space="preserve"> Sted: </w:t>
      </w:r>
      <w:r w:rsidR="00666E50" w:rsidRPr="00723EAC">
        <w:rPr>
          <w:lang w:val="da-DK"/>
        </w:rPr>
        <w:t xml:space="preserve">Gentofte Hospital, </w:t>
      </w:r>
      <w:r w:rsidR="00FA67A7">
        <w:rPr>
          <w:lang w:val="da-DK"/>
        </w:rPr>
        <w:t>Lille</w:t>
      </w:r>
      <w:r w:rsidR="00666E50" w:rsidRPr="00723EAC">
        <w:rPr>
          <w:lang w:val="da-DK"/>
        </w:rPr>
        <w:t xml:space="preserve"> auditorium, opgang 10A, Gentofte Hospitalsvej 10A, Hellerup</w:t>
      </w:r>
      <w:r w:rsidRPr="00723EAC">
        <w:rPr>
          <w:lang w:val="da-DK"/>
        </w:rPr>
        <w:br/>
      </w:r>
      <w:r w:rsidRPr="00723EAC">
        <w:rPr>
          <w:rFonts w:ascii="Segoe UI Emoji" w:hAnsi="Segoe UI Emoji" w:cs="Segoe UI Emoji"/>
        </w:rPr>
        <w:t>📅</w:t>
      </w:r>
      <w:r w:rsidRPr="00723EAC">
        <w:rPr>
          <w:lang w:val="da-DK"/>
        </w:rPr>
        <w:t xml:space="preserve"> Dato: </w:t>
      </w:r>
      <w:r w:rsidR="00672F98" w:rsidRPr="00723EAC">
        <w:rPr>
          <w:lang w:val="da-DK"/>
        </w:rPr>
        <w:t>18</w:t>
      </w:r>
      <w:r w:rsidRPr="00723EAC">
        <w:rPr>
          <w:lang w:val="da-DK"/>
        </w:rPr>
        <w:t>/</w:t>
      </w:r>
      <w:r w:rsidR="00672F98" w:rsidRPr="00723EAC">
        <w:rPr>
          <w:lang w:val="da-DK"/>
        </w:rPr>
        <w:t>3</w:t>
      </w:r>
      <w:r w:rsidRPr="00723EAC">
        <w:rPr>
          <w:lang w:val="da-DK"/>
        </w:rPr>
        <w:t>-202</w:t>
      </w:r>
      <w:r w:rsidR="008614A0">
        <w:rPr>
          <w:lang w:val="da-DK"/>
        </w:rPr>
        <w:t>7</w:t>
      </w:r>
      <w:r w:rsidR="00723EAC" w:rsidRPr="00723EAC">
        <w:rPr>
          <w:lang w:val="da-DK"/>
        </w:rPr>
        <w:tab/>
      </w:r>
      <w:r w:rsidRPr="00723EAC">
        <w:rPr>
          <w:rFonts w:ascii="Segoe UI Emoji" w:hAnsi="Segoe UI Emoji" w:cs="Segoe UI Emoji"/>
        </w:rPr>
        <w:t>🕘</w:t>
      </w:r>
      <w:r w:rsidRPr="00723EAC">
        <w:rPr>
          <w:lang w:val="da-DK"/>
        </w:rPr>
        <w:t xml:space="preserve"> Tid: 09:00 – 15:00</w:t>
      </w:r>
      <w:r w:rsidRPr="00723EAC">
        <w:rPr>
          <w:lang w:val="da-DK"/>
        </w:rPr>
        <w:br/>
      </w:r>
      <w:r w:rsidRPr="00723EAC">
        <w:rPr>
          <w:rFonts w:ascii="Segoe UI Emoji" w:hAnsi="Segoe UI Emoji" w:cs="Segoe UI Emoji"/>
        </w:rPr>
        <w:t>👥</w:t>
      </w:r>
      <w:r w:rsidRPr="00723EAC">
        <w:rPr>
          <w:lang w:val="da-DK"/>
        </w:rPr>
        <w:t xml:space="preserve"> Målgruppe: Læger</w:t>
      </w:r>
      <w:r w:rsidR="00483D8D" w:rsidRPr="00723EAC">
        <w:rPr>
          <w:lang w:val="da-DK"/>
        </w:rPr>
        <w:t xml:space="preserve"> og</w:t>
      </w:r>
      <w:r w:rsidRPr="00723EAC">
        <w:rPr>
          <w:lang w:val="da-DK"/>
        </w:rPr>
        <w:t xml:space="preserve"> sygeplejerske</w:t>
      </w:r>
      <w:r w:rsidR="00D70B01" w:rsidRPr="00723EAC">
        <w:rPr>
          <w:lang w:val="da-DK"/>
        </w:rPr>
        <w:t>r</w:t>
      </w:r>
    </w:p>
    <w:p w14:paraId="560A08A0" w14:textId="6DB319BF" w:rsidR="00723EAC" w:rsidRPr="00723EAC" w:rsidRDefault="00723EAC" w:rsidP="00723EAC">
      <w:pPr>
        <w:spacing w:after="0"/>
        <w:rPr>
          <w:lang w:val="da-DK"/>
        </w:rPr>
      </w:pPr>
      <w:r w:rsidRPr="00723EAC">
        <w:rPr>
          <w:lang w:val="da-DK"/>
        </w:rPr>
        <w:t xml:space="preserve">Tilmelding til Helene Møller Frost på </w:t>
      </w:r>
      <w:r w:rsidR="00956969" w:rsidRPr="00723EAC">
        <w:rPr>
          <w:lang w:val="da-DK"/>
        </w:rPr>
        <w:t>e-mail</w:t>
      </w:r>
      <w:r w:rsidRPr="00723EAC">
        <w:rPr>
          <w:lang w:val="da-DK"/>
        </w:rPr>
        <w:t xml:space="preserve">: </w:t>
      </w:r>
      <w:hyperlink r:id="rId7" w:history="1">
        <w:r w:rsidRPr="00723EAC">
          <w:rPr>
            <w:rStyle w:val="Hyperlink"/>
            <w:lang w:val="da-DK"/>
          </w:rPr>
          <w:t>hemoni@rn.dk</w:t>
        </w:r>
      </w:hyperlink>
    </w:p>
    <w:p w14:paraId="1E6155FE" w14:textId="77777777" w:rsidR="00723EAC" w:rsidRPr="00723EAC" w:rsidRDefault="00723EAC" w:rsidP="00723EAC">
      <w:pPr>
        <w:spacing w:after="0"/>
        <w:rPr>
          <w:sz w:val="18"/>
          <w:szCs w:val="18"/>
          <w:lang w:val="da-DK"/>
        </w:rPr>
      </w:pPr>
    </w:p>
    <w:p w14:paraId="4345E1FB" w14:textId="79629564" w:rsidR="00691187" w:rsidRPr="00723EAC" w:rsidRDefault="00000000" w:rsidP="004C4B92">
      <w:pPr>
        <w:pStyle w:val="Overskrift1"/>
        <w:spacing w:before="0"/>
        <w:rPr>
          <w:color w:val="auto"/>
          <w:sz w:val="22"/>
          <w:szCs w:val="22"/>
          <w:lang w:val="da-DK"/>
        </w:rPr>
      </w:pPr>
      <w:r w:rsidRPr="00723EAC">
        <w:rPr>
          <w:color w:val="auto"/>
          <w:sz w:val="22"/>
          <w:szCs w:val="22"/>
          <w:lang w:val="da-DK"/>
        </w:rPr>
        <w:t>Program</w:t>
      </w:r>
    </w:p>
    <w:p w14:paraId="7595D862" w14:textId="77777777" w:rsidR="000309AD" w:rsidRPr="00723EAC" w:rsidRDefault="000309AD" w:rsidP="000309AD">
      <w:pPr>
        <w:spacing w:after="0"/>
        <w:rPr>
          <w:rFonts w:ascii="Calibri" w:hAnsi="Calibri" w:cs="Calibri"/>
          <w:lang w:val="da-DK"/>
        </w:rPr>
      </w:pPr>
      <w:r w:rsidRPr="00723EAC">
        <w:rPr>
          <w:rFonts w:ascii="Calibri" w:hAnsi="Calibri" w:cs="Calibri"/>
          <w:b/>
          <w:bCs/>
          <w:lang w:val="da-DK"/>
        </w:rPr>
        <w:t>09:00–09:10</w:t>
      </w:r>
      <w:r w:rsidRPr="00723EAC">
        <w:rPr>
          <w:rFonts w:ascii="Calibri" w:hAnsi="Calibri" w:cs="Calibri"/>
          <w:lang w:val="da-DK"/>
        </w:rPr>
        <w:t> </w:t>
      </w:r>
      <w:r w:rsidRPr="00723EAC">
        <w:rPr>
          <w:rFonts w:ascii="Calibri" w:hAnsi="Calibri" w:cs="Calibri"/>
          <w:lang w:val="da-DK"/>
        </w:rPr>
        <w:t>Velkomst og introduktion</w:t>
      </w:r>
      <w:r w:rsidRPr="00723EAC">
        <w:rPr>
          <w:rFonts w:ascii="Calibri" w:hAnsi="Calibri" w:cs="Calibri"/>
          <w:lang w:val="da-DK"/>
        </w:rPr>
        <w:br/>
      </w:r>
      <w:r w:rsidRPr="00723EAC">
        <w:rPr>
          <w:rFonts w:ascii="Calibri" w:hAnsi="Calibri" w:cs="Calibri"/>
          <w:i/>
          <w:iCs/>
          <w:lang w:val="da-DK"/>
        </w:rPr>
        <w:t>Torgny Wilcke, Helene M. Frost og Pradeesh Sivapalan</w:t>
      </w:r>
    </w:p>
    <w:p w14:paraId="4983BFD7" w14:textId="28145EE4" w:rsidR="003450B8" w:rsidRDefault="000309AD" w:rsidP="000309AD">
      <w:pPr>
        <w:spacing w:after="0"/>
        <w:rPr>
          <w:rFonts w:ascii="Calibri" w:hAnsi="Calibri" w:cs="Calibri"/>
          <w:lang w:val="da-DK"/>
        </w:rPr>
      </w:pPr>
      <w:r w:rsidRPr="00723EAC">
        <w:rPr>
          <w:rFonts w:ascii="Calibri" w:hAnsi="Calibri" w:cs="Calibri"/>
          <w:b/>
          <w:bCs/>
          <w:lang w:val="da-DK"/>
        </w:rPr>
        <w:t>09:10–09:50</w:t>
      </w:r>
      <w:r w:rsidRPr="00723EAC">
        <w:rPr>
          <w:rFonts w:ascii="Calibri" w:hAnsi="Calibri" w:cs="Calibri"/>
          <w:lang w:val="da-DK"/>
        </w:rPr>
        <w:t> </w:t>
      </w:r>
      <w:r w:rsidR="003450B8" w:rsidRPr="003450B8">
        <w:rPr>
          <w:rFonts w:ascii="Calibri" w:hAnsi="Calibri" w:cs="Calibri"/>
          <w:lang w:val="da-DK"/>
        </w:rPr>
        <w:t xml:space="preserve"> </w:t>
      </w:r>
      <w:r w:rsidR="003450B8" w:rsidRPr="00723EAC">
        <w:rPr>
          <w:rFonts w:ascii="Calibri" w:hAnsi="Calibri" w:cs="Calibri"/>
          <w:lang w:val="da-DK"/>
        </w:rPr>
        <w:t>EARCO – europæisk samarbejde og forskning</w:t>
      </w:r>
    </w:p>
    <w:p w14:paraId="109B1EF7" w14:textId="2DA6889E" w:rsidR="000309AD" w:rsidRPr="00723EAC" w:rsidRDefault="003450B8" w:rsidP="000309AD">
      <w:pPr>
        <w:spacing w:after="0"/>
        <w:rPr>
          <w:rFonts w:ascii="Calibri" w:hAnsi="Calibri" w:cs="Calibri"/>
          <w:lang w:val="da-DK"/>
        </w:rPr>
      </w:pPr>
      <w:r w:rsidRPr="00723EAC">
        <w:rPr>
          <w:rFonts w:ascii="Calibri" w:hAnsi="Calibri" w:cs="Calibri"/>
          <w:i/>
          <w:iCs/>
          <w:lang w:val="da-DK"/>
        </w:rPr>
        <w:t>Jens-Ulrik Stæhr Jensen, professor, overlæge, Herlev og Gentofte Hospital</w:t>
      </w:r>
    </w:p>
    <w:p w14:paraId="29FFAAD8" w14:textId="77777777" w:rsidR="000309AD" w:rsidRPr="00723EAC" w:rsidRDefault="000309AD" w:rsidP="000309AD">
      <w:pPr>
        <w:spacing w:after="0"/>
        <w:rPr>
          <w:rFonts w:ascii="Calibri" w:hAnsi="Calibri" w:cs="Calibri"/>
          <w:lang w:val="da-DK"/>
        </w:rPr>
      </w:pPr>
      <w:r w:rsidRPr="00723EAC">
        <w:rPr>
          <w:rFonts w:ascii="Calibri" w:hAnsi="Calibri" w:cs="Calibri"/>
          <w:b/>
          <w:bCs/>
          <w:lang w:val="da-DK"/>
        </w:rPr>
        <w:t>09:50–10:30</w:t>
      </w:r>
      <w:r w:rsidRPr="00723EAC">
        <w:rPr>
          <w:rFonts w:ascii="Calibri" w:hAnsi="Calibri" w:cs="Calibri"/>
          <w:lang w:val="da-DK"/>
        </w:rPr>
        <w:t> </w:t>
      </w:r>
      <w:r w:rsidRPr="00723EAC">
        <w:rPr>
          <w:rFonts w:ascii="Calibri" w:hAnsi="Calibri" w:cs="Calibri"/>
          <w:lang w:val="da-DK"/>
        </w:rPr>
        <w:t>Hjemmebehandling – erfaringer fra klinikken</w:t>
      </w:r>
      <w:r w:rsidRPr="00723EAC">
        <w:rPr>
          <w:rFonts w:ascii="Calibri" w:hAnsi="Calibri" w:cs="Calibri"/>
          <w:lang w:val="da-DK"/>
        </w:rPr>
        <w:br/>
      </w:r>
      <w:r w:rsidRPr="00723EAC">
        <w:rPr>
          <w:rFonts w:ascii="Calibri" w:hAnsi="Calibri" w:cs="Calibri"/>
          <w:i/>
          <w:iCs/>
          <w:lang w:val="da-DK"/>
        </w:rPr>
        <w:t>Helene Møller Frost, overlæge, Aalborg Universitetshospital</w:t>
      </w:r>
    </w:p>
    <w:p w14:paraId="5049F463" w14:textId="77777777" w:rsidR="000309AD" w:rsidRPr="00723EAC" w:rsidRDefault="000309AD" w:rsidP="000309AD">
      <w:pPr>
        <w:spacing w:after="0"/>
        <w:rPr>
          <w:rFonts w:ascii="Calibri" w:hAnsi="Calibri" w:cs="Calibri"/>
          <w:lang w:val="da-DK"/>
        </w:rPr>
      </w:pPr>
      <w:r w:rsidRPr="00723EAC">
        <w:rPr>
          <w:rFonts w:ascii="Calibri" w:hAnsi="Calibri" w:cs="Calibri"/>
          <w:b/>
          <w:bCs/>
          <w:lang w:val="da-DK"/>
        </w:rPr>
        <w:t>10:30–10:45</w:t>
      </w:r>
      <w:r w:rsidRPr="00723EAC">
        <w:rPr>
          <w:rFonts w:ascii="Calibri" w:hAnsi="Calibri" w:cs="Calibri"/>
          <w:lang w:val="da-DK"/>
        </w:rPr>
        <w:t> </w:t>
      </w:r>
      <w:r w:rsidRPr="00723EAC">
        <w:rPr>
          <w:rFonts w:ascii="Calibri" w:hAnsi="Calibri" w:cs="Calibri"/>
          <w:lang w:val="da-DK"/>
        </w:rPr>
        <w:t>Pause</w:t>
      </w:r>
    </w:p>
    <w:p w14:paraId="40316497" w14:textId="7438BF05" w:rsidR="000309AD" w:rsidRPr="00723EAC" w:rsidRDefault="000309AD" w:rsidP="000309AD">
      <w:pPr>
        <w:spacing w:after="0"/>
        <w:rPr>
          <w:rFonts w:ascii="Calibri" w:hAnsi="Calibri" w:cs="Calibri"/>
          <w:lang w:val="da-DK"/>
        </w:rPr>
      </w:pPr>
      <w:r w:rsidRPr="00723EAC">
        <w:rPr>
          <w:rFonts w:ascii="Calibri" w:hAnsi="Calibri" w:cs="Calibri"/>
          <w:b/>
          <w:bCs/>
          <w:lang w:val="da-DK"/>
        </w:rPr>
        <w:t>10:45–11:30</w:t>
      </w:r>
      <w:r w:rsidRPr="00723EAC">
        <w:rPr>
          <w:rFonts w:ascii="Calibri" w:hAnsi="Calibri" w:cs="Calibri"/>
          <w:lang w:val="da-DK"/>
        </w:rPr>
        <w:t> </w:t>
      </w:r>
      <w:r w:rsidR="003450B8" w:rsidRPr="003450B8">
        <w:rPr>
          <w:rFonts w:ascii="Calibri" w:hAnsi="Calibri" w:cs="Calibri"/>
          <w:lang w:val="da-DK"/>
        </w:rPr>
        <w:t xml:space="preserve"> </w:t>
      </w:r>
      <w:r w:rsidR="003450B8" w:rsidRPr="00723EAC">
        <w:rPr>
          <w:rFonts w:ascii="Calibri" w:hAnsi="Calibri" w:cs="Calibri"/>
          <w:lang w:val="da-DK"/>
        </w:rPr>
        <w:t xml:space="preserve">Alfa-1-antitrypsinmangel – leversygdom </w:t>
      </w:r>
      <w:r w:rsidRPr="00723EAC">
        <w:rPr>
          <w:rFonts w:ascii="Calibri" w:hAnsi="Calibri" w:cs="Calibri"/>
          <w:lang w:val="da-DK"/>
        </w:rPr>
        <w:br/>
      </w:r>
      <w:r w:rsidR="003450B8" w:rsidRPr="00723EAC">
        <w:rPr>
          <w:rFonts w:ascii="Calibri" w:hAnsi="Calibri" w:cs="Calibri"/>
          <w:i/>
          <w:iCs/>
          <w:lang w:val="da-DK"/>
        </w:rPr>
        <w:t xml:space="preserve">Elias </w:t>
      </w:r>
      <w:proofErr w:type="spellStart"/>
      <w:r w:rsidR="003450B8" w:rsidRPr="00723EAC">
        <w:rPr>
          <w:rFonts w:ascii="Calibri" w:hAnsi="Calibri" w:cs="Calibri"/>
          <w:i/>
          <w:iCs/>
          <w:lang w:val="da-DK"/>
        </w:rPr>
        <w:t>Badal</w:t>
      </w:r>
      <w:proofErr w:type="spellEnd"/>
      <w:r w:rsidR="003450B8" w:rsidRPr="00723EAC">
        <w:rPr>
          <w:rFonts w:ascii="Calibri" w:hAnsi="Calibri" w:cs="Calibri"/>
          <w:i/>
          <w:iCs/>
          <w:lang w:val="da-DK"/>
        </w:rPr>
        <w:t xml:space="preserve"> </w:t>
      </w:r>
      <w:proofErr w:type="spellStart"/>
      <w:r w:rsidR="003450B8" w:rsidRPr="00723EAC">
        <w:rPr>
          <w:rFonts w:ascii="Calibri" w:hAnsi="Calibri" w:cs="Calibri"/>
          <w:i/>
          <w:iCs/>
          <w:lang w:val="da-DK"/>
        </w:rPr>
        <w:t>Rashu</w:t>
      </w:r>
      <w:proofErr w:type="spellEnd"/>
      <w:r w:rsidR="003450B8" w:rsidRPr="00723EAC">
        <w:rPr>
          <w:rFonts w:ascii="Calibri" w:hAnsi="Calibri" w:cs="Calibri"/>
          <w:i/>
          <w:iCs/>
          <w:lang w:val="da-DK"/>
        </w:rPr>
        <w:t xml:space="preserve">, læge, postdoc, </w:t>
      </w:r>
      <w:proofErr w:type="spellStart"/>
      <w:r w:rsidR="003450B8" w:rsidRPr="00723EAC">
        <w:rPr>
          <w:rFonts w:ascii="Calibri" w:hAnsi="Calibri" w:cs="Calibri"/>
          <w:i/>
          <w:iCs/>
          <w:lang w:val="da-DK"/>
        </w:rPr>
        <w:t>Gastroenheden</w:t>
      </w:r>
      <w:proofErr w:type="spellEnd"/>
      <w:r w:rsidR="003450B8" w:rsidRPr="00723EAC">
        <w:rPr>
          <w:rFonts w:ascii="Calibri" w:hAnsi="Calibri" w:cs="Calibri"/>
          <w:i/>
          <w:iCs/>
          <w:lang w:val="da-DK"/>
        </w:rPr>
        <w:t>, Hvidovre Hospital</w:t>
      </w:r>
    </w:p>
    <w:p w14:paraId="41ECBA8A" w14:textId="77777777" w:rsidR="000309AD" w:rsidRPr="00723EAC" w:rsidRDefault="000309AD" w:rsidP="000309AD">
      <w:pPr>
        <w:spacing w:after="0"/>
        <w:rPr>
          <w:rFonts w:ascii="Calibri" w:hAnsi="Calibri" w:cs="Calibri"/>
          <w:lang w:val="da-DK"/>
        </w:rPr>
      </w:pPr>
      <w:r w:rsidRPr="00723EAC">
        <w:rPr>
          <w:rFonts w:ascii="Calibri" w:hAnsi="Calibri" w:cs="Calibri"/>
          <w:b/>
          <w:bCs/>
          <w:lang w:val="da-DK"/>
        </w:rPr>
        <w:t>11:30–12:00</w:t>
      </w:r>
      <w:r w:rsidRPr="00723EAC">
        <w:rPr>
          <w:rFonts w:ascii="Calibri" w:hAnsi="Calibri" w:cs="Calibri"/>
          <w:lang w:val="da-DK"/>
        </w:rPr>
        <w:t> </w:t>
      </w:r>
      <w:r w:rsidRPr="00723EAC">
        <w:rPr>
          <w:rFonts w:ascii="Calibri" w:hAnsi="Calibri" w:cs="Calibri"/>
          <w:lang w:val="da-DK"/>
        </w:rPr>
        <w:t>Frokost</w:t>
      </w:r>
    </w:p>
    <w:p w14:paraId="31BD1720" w14:textId="77777777" w:rsidR="000309AD" w:rsidRPr="00723EAC" w:rsidRDefault="000309AD" w:rsidP="000309AD">
      <w:pPr>
        <w:spacing w:after="0"/>
        <w:rPr>
          <w:rFonts w:ascii="Calibri" w:hAnsi="Calibri" w:cs="Calibri"/>
          <w:lang w:val="da-DK"/>
        </w:rPr>
      </w:pPr>
      <w:r w:rsidRPr="00723EAC">
        <w:rPr>
          <w:rFonts w:ascii="Calibri" w:hAnsi="Calibri" w:cs="Calibri"/>
          <w:b/>
          <w:bCs/>
          <w:lang w:val="da-DK"/>
        </w:rPr>
        <w:t>12:00–12:40</w:t>
      </w:r>
      <w:r w:rsidRPr="00723EAC">
        <w:rPr>
          <w:rFonts w:ascii="Calibri" w:hAnsi="Calibri" w:cs="Calibri"/>
          <w:lang w:val="da-DK"/>
        </w:rPr>
        <w:t> </w:t>
      </w:r>
      <w:r w:rsidRPr="00723EAC">
        <w:rPr>
          <w:rFonts w:ascii="Calibri" w:hAnsi="Calibri" w:cs="Calibri"/>
          <w:lang w:val="da-DK"/>
        </w:rPr>
        <w:t>Kvantitative billeddiagnostiske mål for lungesygdom</w:t>
      </w:r>
      <w:r w:rsidRPr="00723EAC">
        <w:rPr>
          <w:rFonts w:ascii="Calibri" w:hAnsi="Calibri" w:cs="Calibri"/>
          <w:lang w:val="da-DK"/>
        </w:rPr>
        <w:br/>
      </w:r>
      <w:r w:rsidRPr="00723EAC">
        <w:rPr>
          <w:rFonts w:ascii="Calibri" w:hAnsi="Calibri" w:cs="Calibri"/>
          <w:i/>
          <w:iCs/>
          <w:lang w:val="da-DK"/>
        </w:rPr>
        <w:t xml:space="preserve">Ronan </w:t>
      </w:r>
      <w:proofErr w:type="spellStart"/>
      <w:r w:rsidRPr="00723EAC">
        <w:rPr>
          <w:rFonts w:ascii="Calibri" w:hAnsi="Calibri" w:cs="Calibri"/>
          <w:i/>
          <w:iCs/>
          <w:lang w:val="da-DK"/>
        </w:rPr>
        <w:t>Griffin</w:t>
      </w:r>
      <w:proofErr w:type="spellEnd"/>
      <w:r w:rsidRPr="00723EAC">
        <w:rPr>
          <w:rFonts w:ascii="Calibri" w:hAnsi="Calibri" w:cs="Calibri"/>
          <w:i/>
          <w:iCs/>
          <w:lang w:val="da-DK"/>
        </w:rPr>
        <w:t xml:space="preserve"> Berg, overlæge, Rigshospitalet</w:t>
      </w:r>
    </w:p>
    <w:p w14:paraId="3E2CFC0B" w14:textId="77777777" w:rsidR="000309AD" w:rsidRPr="00723EAC" w:rsidRDefault="000309AD" w:rsidP="000309AD">
      <w:pPr>
        <w:spacing w:after="0"/>
        <w:rPr>
          <w:rFonts w:ascii="Calibri" w:hAnsi="Calibri" w:cs="Calibri"/>
          <w:lang w:val="da-DK"/>
        </w:rPr>
      </w:pPr>
      <w:r w:rsidRPr="00723EAC">
        <w:rPr>
          <w:rFonts w:ascii="Calibri" w:hAnsi="Calibri" w:cs="Calibri"/>
          <w:b/>
          <w:bCs/>
          <w:lang w:val="da-DK"/>
        </w:rPr>
        <w:t>12:40–13:30</w:t>
      </w:r>
      <w:r w:rsidRPr="00723EAC">
        <w:rPr>
          <w:rFonts w:ascii="Calibri" w:hAnsi="Calibri" w:cs="Calibri"/>
          <w:lang w:val="da-DK"/>
        </w:rPr>
        <w:t> </w:t>
      </w:r>
      <w:r w:rsidRPr="00723EAC">
        <w:rPr>
          <w:rFonts w:ascii="Calibri" w:hAnsi="Calibri" w:cs="Calibri"/>
          <w:lang w:val="da-DK"/>
        </w:rPr>
        <w:t>Kommunikation og genetisk rådgivning</w:t>
      </w:r>
      <w:r w:rsidRPr="00723EAC">
        <w:rPr>
          <w:rFonts w:ascii="Calibri" w:hAnsi="Calibri" w:cs="Calibri"/>
          <w:lang w:val="da-DK"/>
        </w:rPr>
        <w:br/>
      </w:r>
      <w:r w:rsidRPr="00723EAC">
        <w:rPr>
          <w:rFonts w:ascii="Calibri" w:hAnsi="Calibri" w:cs="Calibri"/>
          <w:i/>
          <w:iCs/>
          <w:lang w:val="da-DK"/>
        </w:rPr>
        <w:t>Matthias Nybro Smith, 1. reservelæge, Rigshospitalet</w:t>
      </w:r>
    </w:p>
    <w:p w14:paraId="5ECE0E88" w14:textId="77777777" w:rsidR="000309AD" w:rsidRPr="00723EAC" w:rsidRDefault="000309AD" w:rsidP="000309AD">
      <w:pPr>
        <w:spacing w:after="0"/>
        <w:rPr>
          <w:rFonts w:ascii="Calibri" w:hAnsi="Calibri" w:cs="Calibri"/>
          <w:lang w:val="da-DK"/>
        </w:rPr>
      </w:pPr>
      <w:r w:rsidRPr="00723EAC">
        <w:rPr>
          <w:rFonts w:ascii="Calibri" w:hAnsi="Calibri" w:cs="Calibri"/>
          <w:b/>
          <w:bCs/>
          <w:lang w:val="da-DK"/>
        </w:rPr>
        <w:t>13:30–13:40</w:t>
      </w:r>
      <w:r w:rsidRPr="00723EAC">
        <w:rPr>
          <w:rFonts w:ascii="Calibri" w:hAnsi="Calibri" w:cs="Calibri"/>
          <w:lang w:val="da-DK"/>
        </w:rPr>
        <w:t> </w:t>
      </w:r>
      <w:r w:rsidRPr="00723EAC">
        <w:rPr>
          <w:rFonts w:ascii="Calibri" w:hAnsi="Calibri" w:cs="Calibri"/>
          <w:lang w:val="da-DK"/>
        </w:rPr>
        <w:t>Pause</w:t>
      </w:r>
    </w:p>
    <w:p w14:paraId="22105DC3" w14:textId="118E9648" w:rsidR="000309AD" w:rsidRPr="00FA67A7" w:rsidRDefault="000309AD" w:rsidP="000309AD">
      <w:pPr>
        <w:spacing w:after="0"/>
        <w:rPr>
          <w:rFonts w:ascii="Calibri" w:hAnsi="Calibri" w:cs="Calibri"/>
          <w:i/>
          <w:iCs/>
          <w:lang w:val="da-DK"/>
        </w:rPr>
      </w:pPr>
      <w:r w:rsidRPr="00723EAC">
        <w:rPr>
          <w:rFonts w:ascii="Calibri" w:hAnsi="Calibri" w:cs="Calibri"/>
          <w:b/>
          <w:bCs/>
          <w:lang w:val="da-DK"/>
        </w:rPr>
        <w:t>13:40–14:10</w:t>
      </w:r>
      <w:r w:rsidRPr="00723EAC">
        <w:rPr>
          <w:rFonts w:ascii="Calibri" w:hAnsi="Calibri" w:cs="Calibri"/>
          <w:lang w:val="da-DK"/>
        </w:rPr>
        <w:t> </w:t>
      </w:r>
      <w:r w:rsidRPr="00723EAC">
        <w:rPr>
          <w:rFonts w:ascii="Calibri" w:hAnsi="Calibri" w:cs="Calibri"/>
          <w:lang w:val="da-DK"/>
        </w:rPr>
        <w:t>Arvelig sygdom – forebyggelse og familieperspektiv</w:t>
      </w:r>
      <w:r w:rsidRPr="00723EAC">
        <w:rPr>
          <w:rFonts w:ascii="Calibri" w:hAnsi="Calibri" w:cs="Calibri"/>
          <w:lang w:val="da-DK"/>
        </w:rPr>
        <w:br/>
      </w:r>
      <w:r w:rsidRPr="00723EAC">
        <w:rPr>
          <w:rFonts w:ascii="Calibri" w:hAnsi="Calibri" w:cs="Calibri"/>
          <w:i/>
          <w:iCs/>
          <w:lang w:val="da-DK"/>
        </w:rPr>
        <w:t>Torgny Wilcke, overlæge, Herlev og Gentofte Hospital</w:t>
      </w:r>
      <w:r w:rsidR="00FA67A7">
        <w:rPr>
          <w:rFonts w:ascii="Calibri" w:hAnsi="Calibri" w:cs="Calibri"/>
          <w:i/>
          <w:iCs/>
          <w:lang w:val="da-DK"/>
        </w:rPr>
        <w:t xml:space="preserve"> &amp; </w:t>
      </w:r>
      <w:r w:rsidR="00FA67A7" w:rsidRPr="00FA67A7">
        <w:rPr>
          <w:rFonts w:ascii="Calibri" w:hAnsi="Calibri" w:cs="Calibri"/>
          <w:i/>
          <w:iCs/>
          <w:lang w:val="da-DK"/>
        </w:rPr>
        <w:t>Dorthe Chabert</w:t>
      </w:r>
      <w:r w:rsidR="00FA67A7">
        <w:rPr>
          <w:rFonts w:ascii="Calibri" w:hAnsi="Calibri" w:cs="Calibri"/>
          <w:i/>
          <w:iCs/>
          <w:lang w:val="da-DK"/>
        </w:rPr>
        <w:t xml:space="preserve">, </w:t>
      </w:r>
      <w:r w:rsidR="00FA67A7" w:rsidRPr="00FA67A7">
        <w:rPr>
          <w:rFonts w:ascii="Calibri" w:hAnsi="Calibri" w:cs="Calibri"/>
          <w:i/>
          <w:iCs/>
          <w:lang w:val="da-DK"/>
        </w:rPr>
        <w:t>repræsentant i Medicinrådet</w:t>
      </w:r>
    </w:p>
    <w:p w14:paraId="68E9B9F5" w14:textId="77777777" w:rsidR="000309AD" w:rsidRPr="00723EAC" w:rsidRDefault="000309AD" w:rsidP="000309AD">
      <w:pPr>
        <w:spacing w:after="0"/>
        <w:rPr>
          <w:rFonts w:ascii="Calibri" w:hAnsi="Calibri" w:cs="Calibri"/>
          <w:lang w:val="da-DK"/>
        </w:rPr>
      </w:pPr>
      <w:r w:rsidRPr="00723EAC">
        <w:rPr>
          <w:rFonts w:ascii="Calibri" w:hAnsi="Calibri" w:cs="Calibri"/>
          <w:b/>
          <w:bCs/>
          <w:lang w:val="da-DK"/>
        </w:rPr>
        <w:t>14:10–14:50</w:t>
      </w:r>
      <w:r w:rsidRPr="00723EAC">
        <w:rPr>
          <w:rFonts w:ascii="Calibri" w:hAnsi="Calibri" w:cs="Calibri"/>
          <w:lang w:val="da-DK"/>
        </w:rPr>
        <w:t> </w:t>
      </w:r>
      <w:r w:rsidRPr="00723EAC">
        <w:rPr>
          <w:rFonts w:ascii="Calibri" w:hAnsi="Calibri" w:cs="Calibri"/>
          <w:lang w:val="da-DK"/>
        </w:rPr>
        <w:t>Paneldiskussion og cases</w:t>
      </w:r>
      <w:r w:rsidRPr="00723EAC">
        <w:rPr>
          <w:rFonts w:ascii="Calibri" w:hAnsi="Calibri" w:cs="Calibri"/>
          <w:lang w:val="da-DK"/>
        </w:rPr>
        <w:br/>
      </w:r>
      <w:r w:rsidRPr="00723EAC">
        <w:rPr>
          <w:rFonts w:ascii="Calibri" w:hAnsi="Calibri" w:cs="Calibri"/>
          <w:i/>
          <w:iCs/>
          <w:lang w:val="da-DK"/>
        </w:rPr>
        <w:t>Torgny Wilcke, Helene M. Frost og Pradeesh Sivapalan</w:t>
      </w:r>
    </w:p>
    <w:p w14:paraId="5D4DBD29" w14:textId="6C7CDA5C" w:rsidR="00723EAC" w:rsidRPr="00723EAC" w:rsidRDefault="000309AD" w:rsidP="000309AD">
      <w:pPr>
        <w:spacing w:after="0"/>
        <w:rPr>
          <w:rFonts w:ascii="Calibri" w:hAnsi="Calibri" w:cs="Calibri"/>
          <w:lang w:val="da-DK"/>
        </w:rPr>
      </w:pPr>
      <w:r w:rsidRPr="00723EAC">
        <w:rPr>
          <w:rFonts w:ascii="Calibri" w:hAnsi="Calibri" w:cs="Calibri"/>
          <w:b/>
          <w:bCs/>
          <w:lang w:val="da-DK"/>
        </w:rPr>
        <w:t>14:50–15:00</w:t>
      </w:r>
      <w:r w:rsidRPr="00723EAC">
        <w:rPr>
          <w:rFonts w:ascii="Calibri" w:hAnsi="Calibri" w:cs="Calibri"/>
          <w:lang w:val="da-DK"/>
        </w:rPr>
        <w:t> </w:t>
      </w:r>
      <w:r w:rsidRPr="00723EAC">
        <w:rPr>
          <w:rFonts w:ascii="Calibri" w:hAnsi="Calibri" w:cs="Calibri"/>
          <w:lang w:val="da-DK"/>
        </w:rPr>
        <w:t>Afrunding</w:t>
      </w:r>
    </w:p>
    <w:p w14:paraId="2FA26849" w14:textId="04878673" w:rsidR="00723EAC" w:rsidRPr="00666E50" w:rsidRDefault="00E30985" w:rsidP="00723EAC">
      <w:pPr>
        <w:spacing w:after="0"/>
        <w:jc w:val="center"/>
        <w:rPr>
          <w:rFonts w:ascii="Calibri" w:hAnsi="Calibri" w:cs="Calibri"/>
          <w:sz w:val="28"/>
          <w:szCs w:val="28"/>
          <w:lang w:val="da-DK"/>
        </w:rPr>
      </w:pPr>
      <w:r w:rsidRPr="00666E50">
        <w:rPr>
          <w:rFonts w:ascii="Calibri" w:hAnsi="Calibri" w:cs="Calibri"/>
          <w:noProof/>
          <w:sz w:val="28"/>
          <w:szCs w:val="28"/>
          <w:lang w:val="da-DK"/>
        </w:rPr>
        <w:drawing>
          <wp:inline distT="0" distB="0" distL="0" distR="0" wp14:anchorId="3ADDD913" wp14:editId="6BDD8411">
            <wp:extent cx="661917" cy="661917"/>
            <wp:effectExtent l="0" t="0" r="5080" b="5080"/>
            <wp:docPr id="1987178292" name="Billede 1" descr="Et billede, der indeholder symbol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178292" name="Billede 1" descr="Et billede, der indeholder symbol&#10;&#10;Indhold genereret af kunstig intelligens kan være forker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1334" cy="681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6E50" w:rsidRPr="00666E50">
        <w:rPr>
          <w:rFonts w:ascii="Calibri" w:hAnsi="Calibri" w:cs="Calibri"/>
          <w:sz w:val="28"/>
          <w:szCs w:val="28"/>
          <w:lang w:val="da-DK"/>
        </w:rPr>
        <w:t xml:space="preserve">Arrangeret af KOL udvalget under Dansk Lungemedicinsk Selskab </w:t>
      </w:r>
      <w:r w:rsidRPr="00E30985">
        <w:rPr>
          <w:rFonts w:ascii="Calibri" w:hAnsi="Calibri" w:cs="Calibri"/>
          <w:sz w:val="28"/>
          <w:szCs w:val="28"/>
          <w:lang w:val="da-DK"/>
        </w:rPr>
        <w:t>Seminaret er sponsoreret af CSL</w:t>
      </w:r>
    </w:p>
    <w:sectPr w:rsidR="00723EAC" w:rsidRPr="00666E5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769500">
    <w:abstractNumId w:val="8"/>
  </w:num>
  <w:num w:numId="2" w16cid:durableId="2097238235">
    <w:abstractNumId w:val="6"/>
  </w:num>
  <w:num w:numId="3" w16cid:durableId="708191727">
    <w:abstractNumId w:val="5"/>
  </w:num>
  <w:num w:numId="4" w16cid:durableId="1744570860">
    <w:abstractNumId w:val="4"/>
  </w:num>
  <w:num w:numId="5" w16cid:durableId="1794783628">
    <w:abstractNumId w:val="7"/>
  </w:num>
  <w:num w:numId="6" w16cid:durableId="1909805270">
    <w:abstractNumId w:val="3"/>
  </w:num>
  <w:num w:numId="7" w16cid:durableId="960723616">
    <w:abstractNumId w:val="2"/>
  </w:num>
  <w:num w:numId="8" w16cid:durableId="377776885">
    <w:abstractNumId w:val="1"/>
  </w:num>
  <w:num w:numId="9" w16cid:durableId="1844205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9AD"/>
    <w:rsid w:val="00034616"/>
    <w:rsid w:val="0006063C"/>
    <w:rsid w:val="000E5C92"/>
    <w:rsid w:val="000F2C77"/>
    <w:rsid w:val="0011262D"/>
    <w:rsid w:val="0015074B"/>
    <w:rsid w:val="0026602B"/>
    <w:rsid w:val="0029639D"/>
    <w:rsid w:val="002D0CF0"/>
    <w:rsid w:val="00301567"/>
    <w:rsid w:val="00326F90"/>
    <w:rsid w:val="003450B8"/>
    <w:rsid w:val="00454864"/>
    <w:rsid w:val="00483D8D"/>
    <w:rsid w:val="004C4B92"/>
    <w:rsid w:val="005014D0"/>
    <w:rsid w:val="00527417"/>
    <w:rsid w:val="00666E50"/>
    <w:rsid w:val="00672F98"/>
    <w:rsid w:val="00691187"/>
    <w:rsid w:val="006C6551"/>
    <w:rsid w:val="006E6195"/>
    <w:rsid w:val="00723EAC"/>
    <w:rsid w:val="007423D2"/>
    <w:rsid w:val="007B7369"/>
    <w:rsid w:val="00823CD5"/>
    <w:rsid w:val="008614A0"/>
    <w:rsid w:val="008C5A8D"/>
    <w:rsid w:val="00916721"/>
    <w:rsid w:val="00942340"/>
    <w:rsid w:val="00956969"/>
    <w:rsid w:val="009862DC"/>
    <w:rsid w:val="009C6EAB"/>
    <w:rsid w:val="00A27EAC"/>
    <w:rsid w:val="00AA1D8D"/>
    <w:rsid w:val="00AC529A"/>
    <w:rsid w:val="00B47730"/>
    <w:rsid w:val="00BC5AE3"/>
    <w:rsid w:val="00C068C0"/>
    <w:rsid w:val="00C95D47"/>
    <w:rsid w:val="00CB0664"/>
    <w:rsid w:val="00D70B01"/>
    <w:rsid w:val="00E254E7"/>
    <w:rsid w:val="00E30985"/>
    <w:rsid w:val="00E70210"/>
    <w:rsid w:val="00E857B4"/>
    <w:rsid w:val="00EB0105"/>
    <w:rsid w:val="00ED41B6"/>
    <w:rsid w:val="00F007A4"/>
    <w:rsid w:val="00F850C4"/>
    <w:rsid w:val="00FA67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C2EABF"/>
  <w14:defaultImageDpi w14:val="300"/>
  <w15:docId w15:val="{0875AD1A-6A4B-4FC8-964D-E2542D655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30156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301567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301567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0156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01567"/>
    <w:rPr>
      <w:b/>
      <w:bCs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666E50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66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1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hemoni@rn.d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196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Bakir Nabil Ibrahim Al-Jarah</cp:lastModifiedBy>
  <cp:revision>5</cp:revision>
  <cp:lastPrinted>2026-10-06T07:40:00Z</cp:lastPrinted>
  <dcterms:created xsi:type="dcterms:W3CDTF">2026-10-06T07:44:00Z</dcterms:created>
  <dcterms:modified xsi:type="dcterms:W3CDTF">2026-10-28T12:41:00Z</dcterms:modified>
  <cp:category/>
</cp:coreProperties>
</file>